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2D1A6" w14:textId="60090AC4" w:rsidR="00A14C72" w:rsidRPr="009B7CE6" w:rsidRDefault="00000000" w:rsidP="009B7CE6">
      <w:pPr>
        <w:pStyle w:val="Titre1"/>
        <w:spacing w:before="0"/>
        <w:jc w:val="center"/>
        <w:rPr>
          <w:color w:val="auto"/>
          <w:lang w:val="fr-BE"/>
        </w:rPr>
      </w:pPr>
      <w:r w:rsidRPr="009B7CE6">
        <w:rPr>
          <w:color w:val="auto"/>
          <w:lang w:val="fr-BE"/>
        </w:rPr>
        <w:t>A</w:t>
      </w:r>
      <w:r w:rsidR="009B7CE6" w:rsidRPr="009B7CE6">
        <w:rPr>
          <w:color w:val="auto"/>
          <w:lang w:val="fr-BE"/>
        </w:rPr>
        <w:t>dministration communale de Rendeux</w:t>
      </w:r>
    </w:p>
    <w:p w14:paraId="21433AE5" w14:textId="3773200A" w:rsidR="00A14C72" w:rsidRPr="009B7CE6" w:rsidRDefault="00000000" w:rsidP="009B7CE6">
      <w:pPr>
        <w:pStyle w:val="Titre2"/>
        <w:spacing w:before="0"/>
        <w:jc w:val="center"/>
        <w:rPr>
          <w:color w:val="auto"/>
          <w:sz w:val="28"/>
          <w:szCs w:val="28"/>
          <w:lang w:val="fr-BE"/>
        </w:rPr>
      </w:pPr>
      <w:r w:rsidRPr="009B7CE6">
        <w:rPr>
          <w:color w:val="auto"/>
          <w:sz w:val="28"/>
          <w:szCs w:val="28"/>
          <w:lang w:val="fr-BE"/>
        </w:rPr>
        <w:t>Formulaire de déclaration de « Seconde Résidence »</w:t>
      </w:r>
    </w:p>
    <w:p w14:paraId="2B3725E1" w14:textId="77777777" w:rsidR="00A14C72" w:rsidRPr="009B7CE6" w:rsidRDefault="00000000">
      <w:pPr>
        <w:pStyle w:val="Titre2"/>
        <w:rPr>
          <w:lang w:val="fr-BE"/>
        </w:rPr>
      </w:pPr>
      <w:r w:rsidRPr="009B7CE6">
        <w:rPr>
          <w:lang w:val="fr-BE"/>
        </w:rPr>
        <w:t>Déclaration</w:t>
      </w:r>
    </w:p>
    <w:p w14:paraId="7DB4F589" w14:textId="405F39F7" w:rsidR="00A14C72" w:rsidRPr="009B7CE6" w:rsidRDefault="00000000">
      <w:pPr>
        <w:pStyle w:val="Listepuces"/>
        <w:rPr>
          <w:lang w:val="fr-BE"/>
        </w:rPr>
      </w:pPr>
      <w:r w:rsidRPr="009B7CE6">
        <w:rPr>
          <w:lang w:val="fr-BE"/>
        </w:rPr>
        <w:t>Nom et prénom : ........................................................................................................................</w:t>
      </w:r>
    </w:p>
    <w:p w14:paraId="223C8FF1" w14:textId="5242D3B3" w:rsidR="00A14C72" w:rsidRPr="009B7CE6" w:rsidRDefault="00000000">
      <w:pPr>
        <w:pStyle w:val="Listepuces"/>
        <w:rPr>
          <w:lang w:val="fr-BE"/>
        </w:rPr>
      </w:pPr>
      <w:r w:rsidRPr="009B7CE6">
        <w:rPr>
          <w:lang w:val="fr-BE"/>
        </w:rPr>
        <w:t>N° de registre national</w:t>
      </w:r>
      <w:r w:rsidR="009B7CE6" w:rsidRPr="009B7CE6">
        <w:rPr>
          <w:lang w:val="fr-BE"/>
        </w:rPr>
        <w:t xml:space="preserve"> : </w:t>
      </w:r>
      <w:r w:rsidRPr="009B7CE6">
        <w:rPr>
          <w:lang w:val="fr-BE"/>
        </w:rPr>
        <w:t>........................................</w:t>
      </w:r>
    </w:p>
    <w:p w14:paraId="086ADE1B" w14:textId="6437ED74" w:rsidR="00A14C72" w:rsidRPr="009B7CE6" w:rsidRDefault="00000000">
      <w:pPr>
        <w:pStyle w:val="Listepuces"/>
        <w:rPr>
          <w:lang w:val="fr-BE"/>
        </w:rPr>
      </w:pPr>
      <w:r w:rsidRPr="009B7CE6">
        <w:rPr>
          <w:lang w:val="fr-BE"/>
        </w:rPr>
        <w:t>Domicile : ....................................................................................................................................</w:t>
      </w:r>
    </w:p>
    <w:p w14:paraId="10529353" w14:textId="0C437B55" w:rsidR="00A14C72" w:rsidRPr="009B7CE6" w:rsidRDefault="00000000" w:rsidP="009B7CE6">
      <w:pPr>
        <w:pStyle w:val="Listepuces"/>
        <w:rPr>
          <w:lang w:val="fr-BE"/>
        </w:rPr>
      </w:pPr>
      <w:r w:rsidRPr="009B7CE6">
        <w:rPr>
          <w:lang w:val="fr-BE"/>
        </w:rPr>
        <w:t>Téléphone : .................................</w:t>
      </w:r>
      <w:r w:rsidR="009B7CE6" w:rsidRPr="009B7CE6">
        <w:rPr>
          <w:lang w:val="fr-BE"/>
        </w:rPr>
        <w:t xml:space="preserve"> </w:t>
      </w:r>
      <w:r w:rsidRPr="009B7CE6">
        <w:rPr>
          <w:lang w:val="fr-BE"/>
        </w:rPr>
        <w:t xml:space="preserve">Adresse </w:t>
      </w:r>
      <w:proofErr w:type="gramStart"/>
      <w:r w:rsidRPr="009B7CE6">
        <w:rPr>
          <w:lang w:val="fr-BE"/>
        </w:rPr>
        <w:t>e-mail</w:t>
      </w:r>
      <w:proofErr w:type="gramEnd"/>
      <w:r w:rsidRPr="009B7CE6">
        <w:rPr>
          <w:lang w:val="fr-BE"/>
        </w:rPr>
        <w:t xml:space="preserve"> : ..................................................................</w:t>
      </w:r>
      <w:r w:rsidR="009B7CE6" w:rsidRPr="009B7CE6">
        <w:rPr>
          <w:lang w:val="fr-BE"/>
        </w:rPr>
        <w:t>..</w:t>
      </w:r>
    </w:p>
    <w:p w14:paraId="7EED86EC" w14:textId="30487688" w:rsidR="00A14C72" w:rsidRPr="009B7CE6" w:rsidRDefault="00000000" w:rsidP="009B7CE6">
      <w:pPr>
        <w:pStyle w:val="Paragraphedeliste"/>
        <w:numPr>
          <w:ilvl w:val="0"/>
          <w:numId w:val="10"/>
        </w:numPr>
        <w:rPr>
          <w:lang w:val="fr-BE"/>
        </w:rPr>
      </w:pPr>
      <w:r w:rsidRPr="009B7CE6">
        <w:rPr>
          <w:lang w:val="fr-BE"/>
        </w:rPr>
        <w:t>Déclare ne plus être propriétaire de l’habitation sise</w:t>
      </w:r>
      <w:r w:rsidR="009B7CE6">
        <w:rPr>
          <w:lang w:val="fr-BE"/>
        </w:rPr>
        <w:t xml:space="preserve"> </w:t>
      </w:r>
      <w:r w:rsidRPr="009B7CE6">
        <w:rPr>
          <w:lang w:val="fr-BE"/>
        </w:rPr>
        <w:t>....................................................</w:t>
      </w:r>
      <w:r w:rsidR="009B7CE6">
        <w:rPr>
          <w:lang w:val="fr-BE"/>
        </w:rPr>
        <w:t xml:space="preserve">..... à 6987 Rendeux </w:t>
      </w:r>
      <w:r w:rsidR="009B7CE6" w:rsidRPr="009B7CE6">
        <w:rPr>
          <w:lang w:val="fr-BE"/>
        </w:rPr>
        <w:t>d</w:t>
      </w:r>
      <w:r w:rsidRPr="009B7CE6">
        <w:rPr>
          <w:lang w:val="fr-BE"/>
        </w:rPr>
        <w:t>epuis le ......................................</w:t>
      </w:r>
    </w:p>
    <w:p w14:paraId="29CE28C8" w14:textId="77777777" w:rsidR="009B7CE6" w:rsidRPr="009B7CE6" w:rsidRDefault="009B7CE6" w:rsidP="009B7CE6">
      <w:pPr>
        <w:pStyle w:val="Paragraphedeliste"/>
        <w:rPr>
          <w:lang w:val="fr-BE"/>
        </w:rPr>
      </w:pPr>
    </w:p>
    <w:p w14:paraId="28FF7C4C" w14:textId="15C3A99E" w:rsidR="00A14C72" w:rsidRPr="009B7CE6" w:rsidRDefault="00000000" w:rsidP="009B7CE6">
      <w:pPr>
        <w:pStyle w:val="Paragraphedeliste"/>
        <w:numPr>
          <w:ilvl w:val="0"/>
          <w:numId w:val="10"/>
        </w:numPr>
        <w:rPr>
          <w:lang w:val="fr-BE"/>
        </w:rPr>
      </w:pPr>
      <w:r w:rsidRPr="009B7CE6">
        <w:rPr>
          <w:lang w:val="fr-BE"/>
        </w:rPr>
        <w:t>Déclare être propriétaire d’une seconde résidence sur le territoire de la commune de Rendeux depuis le ..................................................</w:t>
      </w:r>
    </w:p>
    <w:p w14:paraId="6C50366A" w14:textId="77777777" w:rsidR="00A14C72" w:rsidRPr="009B7CE6" w:rsidRDefault="00000000">
      <w:pPr>
        <w:rPr>
          <w:sz w:val="20"/>
          <w:szCs w:val="20"/>
          <w:lang w:val="fr-BE"/>
        </w:rPr>
      </w:pPr>
      <w:r w:rsidRPr="009B7CE6">
        <w:rPr>
          <w:sz w:val="20"/>
          <w:szCs w:val="20"/>
          <w:lang w:val="fr-BE"/>
        </w:rPr>
        <w:t>Je m’engage à aviser personnellement l’Administration communale de toute modification ultérieure relative à l’occupation de cette seconde résidence.</w:t>
      </w:r>
    </w:p>
    <w:p w14:paraId="6042AC07" w14:textId="77777777" w:rsidR="009B7CE6" w:rsidRPr="009B7CE6" w:rsidRDefault="00000000" w:rsidP="009B7CE6">
      <w:pPr>
        <w:rPr>
          <w:sz w:val="20"/>
          <w:szCs w:val="20"/>
          <w:lang w:val="fr-BE"/>
        </w:rPr>
      </w:pPr>
      <w:r w:rsidRPr="009B7CE6">
        <w:rPr>
          <w:sz w:val="20"/>
          <w:szCs w:val="20"/>
          <w:lang w:val="fr-BE"/>
        </w:rPr>
        <w:t>Je suis informé(e) que la présente déclaration vaut pour les exercices d’imposition ultérieurs jusqu’à révocation adressée à l’Administration communale.</w:t>
      </w:r>
    </w:p>
    <w:p w14:paraId="5531EF58" w14:textId="4BFA66B3" w:rsidR="00A14C72" w:rsidRPr="009B7CE6" w:rsidRDefault="00000000" w:rsidP="009B7CE6">
      <w:pPr>
        <w:pStyle w:val="Titre2"/>
        <w:rPr>
          <w:lang w:val="fr-BE"/>
        </w:rPr>
      </w:pPr>
      <w:r w:rsidRPr="009B7CE6">
        <w:rPr>
          <w:lang w:val="fr-BE"/>
        </w:rPr>
        <w:t>Informations relatives à la seconde résidence</w:t>
      </w:r>
    </w:p>
    <w:p w14:paraId="77B7DADB" w14:textId="753041C3" w:rsidR="00A14C72" w:rsidRPr="009B7CE6" w:rsidRDefault="009B7CE6">
      <w:pPr>
        <w:pStyle w:val="Listepuces"/>
        <w:rPr>
          <w:lang w:val="fr-BE"/>
        </w:rPr>
      </w:pPr>
      <w:r w:rsidRPr="009B7CE6">
        <w:rPr>
          <w:lang w:val="fr-BE"/>
        </w:rPr>
        <w:t xml:space="preserve">Adresse </w:t>
      </w:r>
      <w:r w:rsidR="00000000" w:rsidRPr="009B7CE6">
        <w:rPr>
          <w:lang w:val="fr-BE"/>
        </w:rPr>
        <w:t>: .............................................................................</w:t>
      </w:r>
      <w:r w:rsidRPr="009B7CE6">
        <w:rPr>
          <w:lang w:val="fr-BE"/>
        </w:rPr>
        <w:t>.....................................</w:t>
      </w:r>
      <w:r w:rsidR="00000000" w:rsidRPr="009B7CE6">
        <w:rPr>
          <w:lang w:val="fr-BE"/>
        </w:rPr>
        <w:t>....</w:t>
      </w:r>
    </w:p>
    <w:p w14:paraId="2E231E5F" w14:textId="5757D657" w:rsidR="00A14C72" w:rsidRPr="009B7CE6" w:rsidRDefault="00000000">
      <w:pPr>
        <w:pStyle w:val="Listepuces"/>
        <w:rPr>
          <w:lang w:val="fr-BE"/>
        </w:rPr>
      </w:pPr>
      <w:r w:rsidRPr="009B7CE6">
        <w:rPr>
          <w:lang w:val="fr-BE"/>
        </w:rPr>
        <w:t>Date d’achat : ...............................</w:t>
      </w:r>
    </w:p>
    <w:p w14:paraId="020A9914" w14:textId="652341F1" w:rsidR="00A14C72" w:rsidRPr="009B7CE6" w:rsidRDefault="00000000" w:rsidP="009B7CE6">
      <w:pPr>
        <w:pStyle w:val="Titre2"/>
        <w:rPr>
          <w:lang w:val="fr-BE"/>
        </w:rPr>
      </w:pPr>
      <w:r w:rsidRPr="009B7CE6">
        <w:rPr>
          <w:lang w:val="fr-BE"/>
        </w:rPr>
        <w:t>Identité du (des) propriétaire(s)</w:t>
      </w:r>
      <w:r w:rsidR="009B7CE6" w:rsidRPr="009B7CE6">
        <w:rPr>
          <w:lang w:val="fr-BE"/>
        </w:rPr>
        <w:t xml:space="preserve"> </w:t>
      </w:r>
      <w:r w:rsidRPr="009B7CE6">
        <w:rPr>
          <w:lang w:val="fr-BE"/>
        </w:rPr>
        <w:t>(</w:t>
      </w:r>
      <w:r w:rsidRPr="009B7CE6">
        <w:rPr>
          <w:u w:val="single"/>
          <w:lang w:val="fr-BE"/>
        </w:rPr>
        <w:t>si différent de la personne reprise ci-dessus</w:t>
      </w:r>
      <w:r w:rsidRPr="009B7CE6">
        <w:rPr>
          <w:lang w:val="fr-BE"/>
        </w:rPr>
        <w:t>)</w:t>
      </w:r>
    </w:p>
    <w:p w14:paraId="0B39BF56" w14:textId="77777777" w:rsidR="009B7CE6" w:rsidRPr="009B7CE6" w:rsidRDefault="009B7CE6" w:rsidP="009B7CE6">
      <w:pPr>
        <w:pStyle w:val="Listepuces"/>
        <w:rPr>
          <w:lang w:val="fr-BE"/>
        </w:rPr>
      </w:pPr>
      <w:r w:rsidRPr="009B7CE6">
        <w:rPr>
          <w:lang w:val="fr-BE"/>
        </w:rPr>
        <w:t>Nom et prénom : ........................................................................................................................</w:t>
      </w:r>
    </w:p>
    <w:p w14:paraId="416E0375" w14:textId="77777777" w:rsidR="009B7CE6" w:rsidRPr="009B7CE6" w:rsidRDefault="009B7CE6" w:rsidP="009B7CE6">
      <w:pPr>
        <w:pStyle w:val="Listepuces"/>
        <w:rPr>
          <w:lang w:val="fr-BE"/>
        </w:rPr>
      </w:pPr>
      <w:r w:rsidRPr="009B7CE6">
        <w:rPr>
          <w:lang w:val="fr-BE"/>
        </w:rPr>
        <w:t>N° de registre national : ........................................</w:t>
      </w:r>
    </w:p>
    <w:p w14:paraId="348788B4" w14:textId="77777777" w:rsidR="009B7CE6" w:rsidRPr="009B7CE6" w:rsidRDefault="009B7CE6" w:rsidP="009B7CE6">
      <w:pPr>
        <w:pStyle w:val="Listepuces"/>
        <w:rPr>
          <w:lang w:val="fr-BE"/>
        </w:rPr>
      </w:pPr>
      <w:r w:rsidRPr="009B7CE6">
        <w:rPr>
          <w:lang w:val="fr-BE"/>
        </w:rPr>
        <w:t>Domicile : ....................................................................................................................................</w:t>
      </w:r>
    </w:p>
    <w:p w14:paraId="5447935D" w14:textId="77777777" w:rsidR="009B7CE6" w:rsidRPr="009B7CE6" w:rsidRDefault="009B7CE6" w:rsidP="009B7CE6">
      <w:pPr>
        <w:pStyle w:val="Listepuces"/>
        <w:rPr>
          <w:lang w:val="fr-BE"/>
        </w:rPr>
      </w:pPr>
      <w:r w:rsidRPr="009B7CE6">
        <w:rPr>
          <w:lang w:val="fr-BE"/>
        </w:rPr>
        <w:t xml:space="preserve">Téléphone : ................................. Adresse </w:t>
      </w:r>
      <w:proofErr w:type="gramStart"/>
      <w:r w:rsidRPr="009B7CE6">
        <w:rPr>
          <w:lang w:val="fr-BE"/>
        </w:rPr>
        <w:t>e-mail</w:t>
      </w:r>
      <w:proofErr w:type="gramEnd"/>
      <w:r w:rsidRPr="009B7CE6">
        <w:rPr>
          <w:lang w:val="fr-BE"/>
        </w:rPr>
        <w:t xml:space="preserve"> : ....................................................................</w:t>
      </w:r>
    </w:p>
    <w:p w14:paraId="6F51438C" w14:textId="77777777" w:rsidR="009B7CE6" w:rsidRPr="009B7CE6" w:rsidRDefault="009B7CE6" w:rsidP="009B7CE6">
      <w:pPr>
        <w:pStyle w:val="Listepuces"/>
        <w:numPr>
          <w:ilvl w:val="0"/>
          <w:numId w:val="0"/>
        </w:numPr>
        <w:ind w:left="360"/>
        <w:rPr>
          <w:lang w:val="fr-BE"/>
        </w:rPr>
      </w:pPr>
    </w:p>
    <w:p w14:paraId="4332A6E1" w14:textId="60B087A9" w:rsidR="009B7CE6" w:rsidRPr="009B7CE6" w:rsidRDefault="009B7CE6" w:rsidP="009B7CE6">
      <w:pPr>
        <w:pStyle w:val="Listepuces"/>
        <w:rPr>
          <w:lang w:val="fr-BE"/>
        </w:rPr>
      </w:pPr>
      <w:r w:rsidRPr="009B7CE6">
        <w:rPr>
          <w:lang w:val="fr-BE"/>
        </w:rPr>
        <w:t>Nom et prénom : ........................................................................................................................</w:t>
      </w:r>
    </w:p>
    <w:p w14:paraId="0938EA5F" w14:textId="77777777" w:rsidR="009B7CE6" w:rsidRPr="009B7CE6" w:rsidRDefault="009B7CE6" w:rsidP="009B7CE6">
      <w:pPr>
        <w:pStyle w:val="Listepuces"/>
        <w:rPr>
          <w:lang w:val="fr-BE"/>
        </w:rPr>
      </w:pPr>
      <w:r w:rsidRPr="009B7CE6">
        <w:rPr>
          <w:lang w:val="fr-BE"/>
        </w:rPr>
        <w:t>N° de registre national : ........................................</w:t>
      </w:r>
    </w:p>
    <w:p w14:paraId="6783EFD0" w14:textId="77777777" w:rsidR="009B7CE6" w:rsidRPr="009B7CE6" w:rsidRDefault="009B7CE6" w:rsidP="009B7CE6">
      <w:pPr>
        <w:pStyle w:val="Listepuces"/>
        <w:rPr>
          <w:lang w:val="fr-BE"/>
        </w:rPr>
      </w:pPr>
      <w:r w:rsidRPr="009B7CE6">
        <w:rPr>
          <w:lang w:val="fr-BE"/>
        </w:rPr>
        <w:t>Domicile : ....................................................................................................................................</w:t>
      </w:r>
    </w:p>
    <w:p w14:paraId="58ED4BE6" w14:textId="77777777" w:rsidR="009B7CE6" w:rsidRPr="009B7CE6" w:rsidRDefault="009B7CE6" w:rsidP="009B7CE6">
      <w:pPr>
        <w:pStyle w:val="Listepuces"/>
        <w:rPr>
          <w:lang w:val="fr-BE"/>
        </w:rPr>
      </w:pPr>
      <w:r w:rsidRPr="009B7CE6">
        <w:rPr>
          <w:lang w:val="fr-BE"/>
        </w:rPr>
        <w:t xml:space="preserve">Téléphone : ................................. Adresse </w:t>
      </w:r>
      <w:proofErr w:type="gramStart"/>
      <w:r w:rsidRPr="009B7CE6">
        <w:rPr>
          <w:lang w:val="fr-BE"/>
        </w:rPr>
        <w:t>e-mail</w:t>
      </w:r>
      <w:proofErr w:type="gramEnd"/>
      <w:r w:rsidRPr="009B7CE6">
        <w:rPr>
          <w:lang w:val="fr-BE"/>
        </w:rPr>
        <w:t xml:space="preserve"> : ....................................................................</w:t>
      </w:r>
    </w:p>
    <w:p w14:paraId="3176C1BC" w14:textId="77777777" w:rsidR="00A14C72" w:rsidRPr="009B7CE6" w:rsidRDefault="00000000">
      <w:pPr>
        <w:pStyle w:val="Titre2"/>
        <w:rPr>
          <w:lang w:val="fr-BE"/>
        </w:rPr>
      </w:pPr>
      <w:r w:rsidRPr="009B7CE6">
        <w:rPr>
          <w:lang w:val="fr-BE"/>
        </w:rPr>
        <w:t>Modalités d’envoi</w:t>
      </w:r>
    </w:p>
    <w:p w14:paraId="223761F2" w14:textId="0E4EBE80" w:rsidR="009B7CE6" w:rsidRPr="009B7CE6" w:rsidRDefault="009B7CE6" w:rsidP="009B7CE6">
      <w:pPr>
        <w:rPr>
          <w:rFonts w:asciiTheme="majorHAnsi" w:hAnsiTheme="majorHAnsi" w:cstheme="majorHAnsi"/>
          <w:sz w:val="20"/>
          <w:szCs w:val="20"/>
          <w:lang w:val="fr-BE"/>
        </w:rPr>
      </w:pPr>
      <w:r w:rsidRPr="009B7CE6">
        <w:rPr>
          <w:rFonts w:asciiTheme="majorHAnsi" w:hAnsiTheme="majorHAnsi" w:cstheme="majorHAnsi"/>
          <w:sz w:val="20"/>
          <w:szCs w:val="20"/>
          <w:lang w:val="fr-BE"/>
        </w:rPr>
        <w:t xml:space="preserve">Déclaration à compléter, signer et à remettre ou à renvoyer à l’Administration communale, rue de Hotton, 1 à 6987 RENDEUX (Madame GREVISSE C. – </w:t>
      </w:r>
      <w:hyperlink r:id="rId8" w:history="1">
        <w:r w:rsidRPr="009B7CE6">
          <w:rPr>
            <w:rStyle w:val="Lienhypertexte"/>
            <w:rFonts w:asciiTheme="majorHAnsi" w:hAnsiTheme="majorHAnsi" w:cstheme="majorHAnsi"/>
            <w:sz w:val="20"/>
            <w:szCs w:val="20"/>
            <w:lang w:val="fr-BE"/>
          </w:rPr>
          <w:t>charlotte.grevisse@rendeux.be</w:t>
        </w:r>
      </w:hyperlink>
      <w:r w:rsidRPr="009B7CE6">
        <w:rPr>
          <w:rFonts w:asciiTheme="majorHAnsi" w:hAnsiTheme="majorHAnsi" w:cstheme="majorHAnsi"/>
          <w:sz w:val="20"/>
          <w:szCs w:val="20"/>
          <w:lang w:val="fr-BE"/>
        </w:rPr>
        <w:t>).</w:t>
      </w:r>
    </w:p>
    <w:p w14:paraId="61B2DA76" w14:textId="1EF95A4D" w:rsidR="009B7CE6" w:rsidRPr="009B7CE6" w:rsidRDefault="009B7CE6" w:rsidP="009B7CE6">
      <w:pPr>
        <w:rPr>
          <w:rFonts w:asciiTheme="majorHAnsi" w:hAnsiTheme="majorHAnsi" w:cstheme="majorHAnsi"/>
          <w:sz w:val="16"/>
          <w:szCs w:val="16"/>
          <w:lang w:val="fr-BE"/>
        </w:rPr>
      </w:pPr>
      <w:r w:rsidRPr="009B7CE6">
        <w:rPr>
          <w:rFonts w:asciiTheme="majorHAnsi" w:hAnsiTheme="majorHAnsi" w:cstheme="majorHAnsi"/>
          <w:sz w:val="16"/>
          <w:szCs w:val="16"/>
          <w:lang w:val="fr-BE"/>
        </w:rPr>
        <w:t>En signant le présent formulaire, la personne concernée accepte et comprend que les données personnelles communiquées soient traitées par le responsable de traitement pour les finalités prévues et dans les conditions explicitées au verso.</w:t>
      </w:r>
    </w:p>
    <w:p w14:paraId="33F31580" w14:textId="7DEEE7C9" w:rsidR="009B7CE6" w:rsidRPr="009B7CE6" w:rsidRDefault="009B7CE6" w:rsidP="009B7CE6">
      <w:pPr>
        <w:spacing w:line="480" w:lineRule="auto"/>
        <w:rPr>
          <w:rFonts w:asciiTheme="majorHAnsi" w:hAnsiTheme="majorHAnsi" w:cstheme="majorHAnsi"/>
          <w:lang w:val="fr-BE"/>
        </w:rPr>
      </w:pPr>
      <w:r w:rsidRPr="009B7CE6">
        <w:rPr>
          <w:rFonts w:asciiTheme="majorHAnsi" w:hAnsiTheme="majorHAnsi" w:cstheme="majorHAnsi"/>
          <w:lang w:val="fr-BE"/>
        </w:rPr>
        <w:t>Fait à ……………………………, le ………………….                                  Signature</w:t>
      </w:r>
    </w:p>
    <w:p w14:paraId="7798865A" w14:textId="0E03297C" w:rsidR="009B7CE6" w:rsidRPr="00225D7D" w:rsidRDefault="009B7CE6" w:rsidP="00225D7D">
      <w:pPr>
        <w:spacing w:after="0"/>
        <w:rPr>
          <w:sz w:val="16"/>
          <w:szCs w:val="16"/>
          <w:lang w:val="fr-BE"/>
        </w:rPr>
      </w:pPr>
      <w:r w:rsidRPr="00225D7D">
        <w:rPr>
          <w:sz w:val="16"/>
          <w:szCs w:val="16"/>
          <w:lang w:val="fr-BE"/>
        </w:rPr>
        <w:lastRenderedPageBreak/>
        <w:t xml:space="preserve">Responsable de traitement : La Commune de </w:t>
      </w:r>
      <w:proofErr w:type="gramStart"/>
      <w:r w:rsidRPr="00225D7D">
        <w:rPr>
          <w:sz w:val="16"/>
          <w:szCs w:val="16"/>
          <w:lang w:val="fr-BE"/>
        </w:rPr>
        <w:t>Rendeux;</w:t>
      </w:r>
      <w:proofErr w:type="gramEnd"/>
      <w:r w:rsidRPr="00225D7D">
        <w:rPr>
          <w:sz w:val="16"/>
          <w:szCs w:val="16"/>
          <w:lang w:val="fr-BE"/>
        </w:rPr>
        <w:t xml:space="preserve"> </w:t>
      </w:r>
    </w:p>
    <w:p w14:paraId="31672ECC" w14:textId="40E78C6E" w:rsidR="009B7CE6" w:rsidRPr="00225D7D" w:rsidRDefault="009B7CE6" w:rsidP="00225D7D">
      <w:pPr>
        <w:spacing w:after="0"/>
        <w:rPr>
          <w:sz w:val="16"/>
          <w:szCs w:val="16"/>
          <w:lang w:val="fr-BE"/>
        </w:rPr>
      </w:pPr>
      <w:r w:rsidRPr="00225D7D">
        <w:rPr>
          <w:sz w:val="16"/>
          <w:szCs w:val="16"/>
          <w:lang w:val="fr-BE"/>
        </w:rPr>
        <w:t xml:space="preserve">Finalité du traitement des données : Pour l'établissement et/ou recouvrement de la taxe sur les secondes </w:t>
      </w:r>
      <w:proofErr w:type="gramStart"/>
      <w:r w:rsidRPr="00225D7D">
        <w:rPr>
          <w:sz w:val="16"/>
          <w:szCs w:val="16"/>
          <w:lang w:val="fr-BE"/>
        </w:rPr>
        <w:t>résidences;</w:t>
      </w:r>
      <w:proofErr w:type="gramEnd"/>
      <w:r w:rsidRPr="00225D7D">
        <w:rPr>
          <w:sz w:val="16"/>
          <w:szCs w:val="16"/>
          <w:lang w:val="fr-BE"/>
        </w:rPr>
        <w:t xml:space="preserve"> </w:t>
      </w:r>
    </w:p>
    <w:p w14:paraId="5E7B0493" w14:textId="2BDC63A5" w:rsidR="009B7CE6" w:rsidRPr="00225D7D" w:rsidRDefault="009B7CE6" w:rsidP="00225D7D">
      <w:pPr>
        <w:spacing w:after="0"/>
        <w:rPr>
          <w:sz w:val="16"/>
          <w:szCs w:val="16"/>
          <w:lang w:val="fr-BE"/>
        </w:rPr>
      </w:pPr>
      <w:r w:rsidRPr="00225D7D">
        <w:rPr>
          <w:sz w:val="16"/>
          <w:szCs w:val="16"/>
          <w:lang w:val="fr-BE"/>
        </w:rPr>
        <w:t xml:space="preserve">Catégories de données : Les données d’identification du propriétaire de la seconde résidence telles que spécifiées dans le </w:t>
      </w:r>
      <w:proofErr w:type="gramStart"/>
      <w:r w:rsidRPr="00225D7D">
        <w:rPr>
          <w:sz w:val="16"/>
          <w:szCs w:val="16"/>
          <w:lang w:val="fr-BE"/>
        </w:rPr>
        <w:t>formulaire;</w:t>
      </w:r>
      <w:proofErr w:type="gramEnd"/>
      <w:r w:rsidRPr="00225D7D">
        <w:rPr>
          <w:sz w:val="16"/>
          <w:szCs w:val="16"/>
          <w:lang w:val="fr-BE"/>
        </w:rPr>
        <w:t xml:space="preserve"> </w:t>
      </w:r>
    </w:p>
    <w:p w14:paraId="306B6BA5" w14:textId="271A0271" w:rsidR="009B7CE6" w:rsidRPr="00225D7D" w:rsidRDefault="009B7CE6" w:rsidP="00225D7D">
      <w:pPr>
        <w:spacing w:after="0"/>
        <w:rPr>
          <w:sz w:val="16"/>
          <w:szCs w:val="16"/>
          <w:lang w:val="fr-BE"/>
        </w:rPr>
      </w:pPr>
      <w:r w:rsidRPr="00225D7D">
        <w:rPr>
          <w:sz w:val="16"/>
          <w:szCs w:val="16"/>
          <w:lang w:val="fr-BE"/>
        </w:rPr>
        <w:t xml:space="preserve">Durée de conservation : La Commune de Rendeux s’engage à conserver les données pour un délai de maximum 10 ans et à les supprimer par la suite ou à les transférer aux archives de </w:t>
      </w:r>
      <w:proofErr w:type="gramStart"/>
      <w:r w:rsidRPr="00225D7D">
        <w:rPr>
          <w:sz w:val="16"/>
          <w:szCs w:val="16"/>
          <w:lang w:val="fr-BE"/>
        </w:rPr>
        <w:t>l’Etat;</w:t>
      </w:r>
      <w:proofErr w:type="gramEnd"/>
      <w:r w:rsidRPr="00225D7D">
        <w:rPr>
          <w:sz w:val="16"/>
          <w:szCs w:val="16"/>
          <w:lang w:val="fr-BE"/>
        </w:rPr>
        <w:t xml:space="preserve"> </w:t>
      </w:r>
    </w:p>
    <w:p w14:paraId="240D7687" w14:textId="2A5B4580" w:rsidR="009B7CE6" w:rsidRPr="00225D7D" w:rsidRDefault="009B7CE6" w:rsidP="00225D7D">
      <w:pPr>
        <w:spacing w:after="0"/>
        <w:rPr>
          <w:sz w:val="16"/>
          <w:szCs w:val="16"/>
          <w:lang w:val="fr-BE"/>
        </w:rPr>
      </w:pPr>
      <w:r w:rsidRPr="00225D7D">
        <w:rPr>
          <w:sz w:val="16"/>
          <w:szCs w:val="16"/>
          <w:lang w:val="fr-BE"/>
        </w:rPr>
        <w:t xml:space="preserve">Méthode de collecte : Par le biais des déclarations de l’administré et des contrôles ponctuels par l'agent assermenté </w:t>
      </w:r>
      <w:proofErr w:type="spellStart"/>
      <w:proofErr w:type="gramStart"/>
      <w:r w:rsidRPr="00225D7D">
        <w:rPr>
          <w:sz w:val="16"/>
          <w:szCs w:val="16"/>
          <w:lang w:val="fr-BE"/>
        </w:rPr>
        <w:t>constatateur</w:t>
      </w:r>
      <w:proofErr w:type="spellEnd"/>
      <w:r w:rsidRPr="00225D7D">
        <w:rPr>
          <w:sz w:val="16"/>
          <w:szCs w:val="16"/>
          <w:lang w:val="fr-BE"/>
        </w:rPr>
        <w:t>;</w:t>
      </w:r>
      <w:proofErr w:type="gramEnd"/>
      <w:r w:rsidRPr="00225D7D">
        <w:rPr>
          <w:sz w:val="16"/>
          <w:szCs w:val="16"/>
          <w:lang w:val="fr-BE"/>
        </w:rPr>
        <w:t xml:space="preserve"> </w:t>
      </w:r>
    </w:p>
    <w:p w14:paraId="558D59BA" w14:textId="3388EDDD" w:rsidR="00A14C72" w:rsidRPr="00225D7D" w:rsidRDefault="009B7CE6" w:rsidP="00225D7D">
      <w:pPr>
        <w:spacing w:after="0"/>
        <w:rPr>
          <w:sz w:val="16"/>
          <w:szCs w:val="16"/>
          <w:lang w:val="fr-BE"/>
        </w:rPr>
      </w:pPr>
      <w:r w:rsidRPr="00225D7D">
        <w:rPr>
          <w:sz w:val="16"/>
          <w:szCs w:val="16"/>
          <w:lang w:val="fr-BE"/>
        </w:rPr>
        <w:t>Communications des données : Les données ne seront communiquées qu’à des tiers autorisés par ou en vertu de la loi, notamment en application de l’article 327 du code des impôts sur les revenus, ou à des sous-traitants du responsable de traitement.</w:t>
      </w:r>
    </w:p>
    <w:p w14:paraId="5E43DB2E" w14:textId="57F63218" w:rsidR="00225D7D" w:rsidRPr="00225D7D" w:rsidRDefault="00225D7D" w:rsidP="00225D7D">
      <w:pPr>
        <w:spacing w:after="0"/>
        <w:jc w:val="center"/>
        <w:rPr>
          <w:sz w:val="20"/>
          <w:szCs w:val="20"/>
          <w:lang w:val="fr-BE"/>
        </w:rPr>
      </w:pPr>
      <w:r>
        <w:rPr>
          <w:noProof/>
        </w:rPr>
        <w:drawing>
          <wp:inline distT="0" distB="0" distL="0" distR="0" wp14:anchorId="6C3C52F1" wp14:editId="05F89BFC">
            <wp:extent cx="5084907" cy="6886575"/>
            <wp:effectExtent l="0" t="0" r="1905" b="0"/>
            <wp:docPr id="151525586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t="3999" b="3467"/>
                    <a:stretch>
                      <a:fillRect/>
                    </a:stretch>
                  </pic:blipFill>
                  <pic:spPr bwMode="auto">
                    <a:xfrm>
                      <a:off x="0" y="0"/>
                      <a:ext cx="5107335" cy="6916950"/>
                    </a:xfrm>
                    <a:prstGeom prst="rect">
                      <a:avLst/>
                    </a:prstGeom>
                    <a:noFill/>
                    <a:ln>
                      <a:noFill/>
                    </a:ln>
                  </pic:spPr>
                </pic:pic>
              </a:graphicData>
            </a:graphic>
          </wp:inline>
        </w:drawing>
      </w:r>
    </w:p>
    <w:sectPr w:rsidR="00225D7D" w:rsidRPr="00225D7D"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A56E5" w14:textId="77777777" w:rsidR="00BD0864" w:rsidRDefault="00BD0864" w:rsidP="009B7CE6">
      <w:pPr>
        <w:spacing w:after="0" w:line="240" w:lineRule="auto"/>
      </w:pPr>
      <w:r>
        <w:separator/>
      </w:r>
    </w:p>
  </w:endnote>
  <w:endnote w:type="continuationSeparator" w:id="0">
    <w:p w14:paraId="78E99A67" w14:textId="77777777" w:rsidR="00BD0864" w:rsidRDefault="00BD0864" w:rsidP="009B7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689CD" w14:textId="77777777" w:rsidR="00BD0864" w:rsidRDefault="00BD0864" w:rsidP="009B7CE6">
      <w:pPr>
        <w:spacing w:after="0" w:line="240" w:lineRule="auto"/>
      </w:pPr>
      <w:r>
        <w:separator/>
      </w:r>
    </w:p>
  </w:footnote>
  <w:footnote w:type="continuationSeparator" w:id="0">
    <w:p w14:paraId="3F25614A" w14:textId="77777777" w:rsidR="00BD0864" w:rsidRDefault="00BD0864" w:rsidP="009B7C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656B1524"/>
    <w:multiLevelType w:val="hybridMultilevel"/>
    <w:tmpl w:val="6E1A7AA6"/>
    <w:lvl w:ilvl="0" w:tplc="FF40F94C">
      <w:start w:val="2290"/>
      <w:numFmt w:val="bullet"/>
      <w:lvlText w:val=""/>
      <w:lvlJc w:val="left"/>
      <w:pPr>
        <w:ind w:left="720" w:hanging="360"/>
      </w:pPr>
      <w:rPr>
        <w:rFonts w:ascii="Wingdings" w:eastAsiaTheme="minorEastAsia"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57139815">
    <w:abstractNumId w:val="8"/>
  </w:num>
  <w:num w:numId="2" w16cid:durableId="450709065">
    <w:abstractNumId w:val="6"/>
  </w:num>
  <w:num w:numId="3" w16cid:durableId="17004599">
    <w:abstractNumId w:val="5"/>
  </w:num>
  <w:num w:numId="4" w16cid:durableId="1250121479">
    <w:abstractNumId w:val="4"/>
  </w:num>
  <w:num w:numId="5" w16cid:durableId="562299455">
    <w:abstractNumId w:val="7"/>
  </w:num>
  <w:num w:numId="6" w16cid:durableId="607977816">
    <w:abstractNumId w:val="3"/>
  </w:num>
  <w:num w:numId="7" w16cid:durableId="932131249">
    <w:abstractNumId w:val="2"/>
  </w:num>
  <w:num w:numId="8" w16cid:durableId="1166244847">
    <w:abstractNumId w:val="1"/>
  </w:num>
  <w:num w:numId="9" w16cid:durableId="601844621">
    <w:abstractNumId w:val="0"/>
  </w:num>
  <w:num w:numId="10" w16cid:durableId="4561449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5D7D"/>
    <w:rsid w:val="0029639D"/>
    <w:rsid w:val="00326F90"/>
    <w:rsid w:val="00920908"/>
    <w:rsid w:val="009B7CE6"/>
    <w:rsid w:val="00A14C72"/>
    <w:rsid w:val="00AA1D8D"/>
    <w:rsid w:val="00B47730"/>
    <w:rsid w:val="00BD086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DC2266"/>
  <w14:defaultImageDpi w14:val="300"/>
  <w15:docId w15:val="{5FB36A92-5B4A-4E75-80E4-D8F248222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rsid w:val="009B7CE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rlotte.grevisse@rendeux.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3314</Characters>
  <Application>Microsoft Office Word</Application>
  <DocSecurity>0</DocSecurity>
  <Lines>27</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Charlotte Grevisse</cp:lastModifiedBy>
  <cp:revision>2</cp:revision>
  <dcterms:created xsi:type="dcterms:W3CDTF">2026-05-12T14:29:00Z</dcterms:created>
  <dcterms:modified xsi:type="dcterms:W3CDTF">2026-05-12T14:29:00Z</dcterms:modified>
  <cp:category/>
</cp:coreProperties>
</file>